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BA25" w14:textId="77777777" w:rsidR="009D4065" w:rsidRPr="000F2189" w:rsidRDefault="00000000">
      <w:pPr>
        <w:pStyle w:val="Heading1"/>
        <w:rPr>
          <w:sz w:val="12"/>
          <w:szCs w:val="12"/>
        </w:rPr>
      </w:pPr>
      <w:r w:rsidRPr="000F2189">
        <w:rPr>
          <w:sz w:val="20"/>
          <w:szCs w:val="20"/>
        </w:rPr>
        <w:t>Risk Assessment – Grab It Game Hire (HSE/AAIAC Style)</w:t>
      </w:r>
    </w:p>
    <w:p w14:paraId="5CF910AE" w14:textId="77777777" w:rsidR="009D4065" w:rsidRPr="000F2189" w:rsidRDefault="00000000">
      <w:pPr>
        <w:pStyle w:val="Heading2"/>
        <w:rPr>
          <w:sz w:val="12"/>
          <w:szCs w:val="12"/>
        </w:rPr>
      </w:pPr>
      <w:r w:rsidRPr="000F2189">
        <w:rPr>
          <w:sz w:val="12"/>
          <w:szCs w:val="12"/>
        </w:rPr>
        <w:t>Activity Description</w:t>
      </w:r>
    </w:p>
    <w:p w14:paraId="5A01CB23" w14:textId="77777777" w:rsidR="009D4065" w:rsidRPr="000F2189" w:rsidRDefault="00000000">
      <w:pPr>
        <w:rPr>
          <w:sz w:val="8"/>
          <w:szCs w:val="8"/>
        </w:rPr>
      </w:pPr>
      <w:r w:rsidRPr="000F2189">
        <w:rPr>
          <w:sz w:val="8"/>
          <w:szCs w:val="8"/>
        </w:rPr>
        <w:t>Delivery, setup, supervised operation and dismantling of an indoor archery stall using low-poundage bows and suction-cup or foam safety arrows for temporary hire at events.</w:t>
      </w:r>
    </w:p>
    <w:p w14:paraId="11DAD516" w14:textId="77777777" w:rsidR="009D4065" w:rsidRPr="000F2189" w:rsidRDefault="00000000">
      <w:pPr>
        <w:pStyle w:val="Heading2"/>
        <w:rPr>
          <w:sz w:val="12"/>
          <w:szCs w:val="12"/>
        </w:rPr>
      </w:pPr>
      <w:r w:rsidRPr="000F2189">
        <w:rPr>
          <w:sz w:val="12"/>
          <w:szCs w:val="12"/>
        </w:rPr>
        <w:t>Persons at Risk</w:t>
      </w:r>
    </w:p>
    <w:p w14:paraId="132D5887" w14:textId="77777777" w:rsidR="009D4065" w:rsidRPr="000F2189" w:rsidRDefault="00000000">
      <w:pPr>
        <w:rPr>
          <w:sz w:val="8"/>
          <w:szCs w:val="8"/>
        </w:rPr>
      </w:pPr>
      <w:r w:rsidRPr="000F2189">
        <w:rPr>
          <w:sz w:val="16"/>
          <w:szCs w:val="16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0F2189" w14:paraId="31664377" w14:textId="77777777">
        <w:tc>
          <w:tcPr>
            <w:tcW w:w="1728" w:type="dxa"/>
          </w:tcPr>
          <w:p w14:paraId="4DA9FAF9" w14:textId="77777777" w:rsidR="009D4065" w:rsidRPr="000F2189" w:rsidRDefault="00000000">
            <w:pPr>
              <w:rPr>
                <w:sz w:val="8"/>
                <w:szCs w:val="8"/>
              </w:rPr>
            </w:pPr>
            <w:r w:rsidRPr="000F2189">
              <w:rPr>
                <w:sz w:val="8"/>
                <w:szCs w:val="8"/>
              </w:rPr>
              <w:t>Hazard</w:t>
            </w:r>
          </w:p>
        </w:tc>
        <w:tc>
          <w:tcPr>
            <w:tcW w:w="1728" w:type="dxa"/>
          </w:tcPr>
          <w:p w14:paraId="0D0E0AB0" w14:textId="77777777" w:rsidR="009D4065" w:rsidRPr="000F2189" w:rsidRDefault="00000000">
            <w:pPr>
              <w:rPr>
                <w:sz w:val="8"/>
                <w:szCs w:val="8"/>
              </w:rPr>
            </w:pPr>
            <w:r w:rsidRPr="000F2189">
              <w:rPr>
                <w:sz w:val="8"/>
                <w:szCs w:val="8"/>
              </w:rPr>
              <w:t>Persons at Risk</w:t>
            </w:r>
          </w:p>
        </w:tc>
        <w:tc>
          <w:tcPr>
            <w:tcW w:w="1728" w:type="dxa"/>
          </w:tcPr>
          <w:p w14:paraId="6EBCA873" w14:textId="77777777" w:rsidR="009D4065" w:rsidRPr="000F2189" w:rsidRDefault="00000000">
            <w:pPr>
              <w:rPr>
                <w:sz w:val="8"/>
                <w:szCs w:val="8"/>
              </w:rPr>
            </w:pPr>
            <w:r w:rsidRPr="000F2189">
              <w:rPr>
                <w:sz w:val="8"/>
                <w:szCs w:val="8"/>
              </w:rPr>
              <w:t>Initial Risk</w:t>
            </w:r>
          </w:p>
        </w:tc>
        <w:tc>
          <w:tcPr>
            <w:tcW w:w="1728" w:type="dxa"/>
          </w:tcPr>
          <w:p w14:paraId="56972B8D" w14:textId="77777777" w:rsidR="009D4065" w:rsidRPr="000F2189" w:rsidRDefault="00000000">
            <w:pPr>
              <w:rPr>
                <w:sz w:val="8"/>
                <w:szCs w:val="8"/>
              </w:rPr>
            </w:pPr>
            <w:r w:rsidRPr="000F2189">
              <w:rPr>
                <w:sz w:val="8"/>
                <w:szCs w:val="8"/>
              </w:rPr>
              <w:t>Control Measures</w:t>
            </w:r>
          </w:p>
        </w:tc>
        <w:tc>
          <w:tcPr>
            <w:tcW w:w="1728" w:type="dxa"/>
          </w:tcPr>
          <w:p w14:paraId="006EB018" w14:textId="77777777" w:rsidR="009D4065" w:rsidRPr="000F2189" w:rsidRDefault="00000000">
            <w:pPr>
              <w:rPr>
                <w:sz w:val="8"/>
                <w:szCs w:val="8"/>
              </w:rPr>
            </w:pPr>
            <w:r w:rsidRPr="000F2189">
              <w:rPr>
                <w:sz w:val="8"/>
                <w:szCs w:val="8"/>
              </w:rPr>
              <w:t>Residual Risk</w:t>
            </w:r>
          </w:p>
        </w:tc>
      </w:tr>
      <w:tr w:rsidR="00C61D3F" w:rsidRPr="000F2189" w14:paraId="08595327" w14:textId="77777777">
        <w:tc>
          <w:tcPr>
            <w:tcW w:w="1726" w:type="dxa"/>
            <w:vAlign w:val="center"/>
          </w:tcPr>
          <w:p w14:paraId="3B36EF4B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4586E507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Staff</w:t>
            </w:r>
          </w:p>
        </w:tc>
        <w:tc>
          <w:tcPr>
            <w:tcW w:w="1725" w:type="dxa"/>
            <w:vAlign w:val="center"/>
          </w:tcPr>
          <w:p w14:paraId="630D185B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086C3A99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Use safe lifting techniques and team lifts where required.</w:t>
            </w:r>
          </w:p>
        </w:tc>
        <w:tc>
          <w:tcPr>
            <w:tcW w:w="1725" w:type="dxa"/>
            <w:vAlign w:val="center"/>
          </w:tcPr>
          <w:p w14:paraId="3B10A366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00473195" w14:textId="77777777">
        <w:tc>
          <w:tcPr>
            <w:tcW w:w="1726" w:type="dxa"/>
            <w:vAlign w:val="center"/>
          </w:tcPr>
          <w:p w14:paraId="65D7C380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 struck by moving game component</w:t>
            </w:r>
          </w:p>
        </w:tc>
        <w:tc>
          <w:tcPr>
            <w:tcW w:w="1728" w:type="dxa"/>
            <w:vAlign w:val="center"/>
          </w:tcPr>
          <w:p w14:paraId="2173F884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911B2D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High</w:t>
            </w:r>
          </w:p>
        </w:tc>
        <w:tc>
          <w:tcPr>
            <w:tcW w:w="1726" w:type="dxa"/>
            <w:vAlign w:val="center"/>
          </w:tcPr>
          <w:p w14:paraId="37061E7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Operate within a controlled area; clear instructions; safe spacing; continuous supervision.</w:t>
            </w:r>
          </w:p>
        </w:tc>
        <w:tc>
          <w:tcPr>
            <w:tcW w:w="1725" w:type="dxa"/>
            <w:vAlign w:val="center"/>
          </w:tcPr>
          <w:p w14:paraId="00CAD48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6354725C" w14:textId="77777777">
        <w:tc>
          <w:tcPr>
            <w:tcW w:w="1726" w:type="dxa"/>
            <w:vAlign w:val="center"/>
          </w:tcPr>
          <w:p w14:paraId="4645D701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Finger or hand caught in moving parts</w:t>
            </w:r>
          </w:p>
        </w:tc>
        <w:tc>
          <w:tcPr>
            <w:tcW w:w="1728" w:type="dxa"/>
            <w:vAlign w:val="center"/>
          </w:tcPr>
          <w:p w14:paraId="00561758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1CA4E1C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High</w:t>
            </w:r>
          </w:p>
        </w:tc>
        <w:tc>
          <w:tcPr>
            <w:tcW w:w="1726" w:type="dxa"/>
            <w:vAlign w:val="center"/>
          </w:tcPr>
          <w:p w14:paraId="4923320F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Explain safe hand positions; keep hands clear of moving mechanisms; stop equipment before intervention.</w:t>
            </w:r>
          </w:p>
        </w:tc>
        <w:tc>
          <w:tcPr>
            <w:tcW w:w="1725" w:type="dxa"/>
            <w:vAlign w:val="center"/>
          </w:tcPr>
          <w:p w14:paraId="66443FE7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1A1FF5D9" w14:textId="77777777">
        <w:tc>
          <w:tcPr>
            <w:tcW w:w="1726" w:type="dxa"/>
            <w:vAlign w:val="center"/>
          </w:tcPr>
          <w:p w14:paraId="39B40D69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Unsafe participant behaviour</w:t>
            </w:r>
          </w:p>
        </w:tc>
        <w:tc>
          <w:tcPr>
            <w:tcW w:w="1728" w:type="dxa"/>
            <w:vAlign w:val="center"/>
          </w:tcPr>
          <w:p w14:paraId="4B7354C1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2874143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39DF7651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Safety briefing before play; no pushing or deliberate interference; stop activity if unsafe behaviour occurs.</w:t>
            </w:r>
          </w:p>
        </w:tc>
        <w:tc>
          <w:tcPr>
            <w:tcW w:w="1725" w:type="dxa"/>
            <w:vAlign w:val="center"/>
          </w:tcPr>
          <w:p w14:paraId="4CCAC62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16F9A9BF" w14:textId="77777777">
        <w:tc>
          <w:tcPr>
            <w:tcW w:w="1726" w:type="dxa"/>
            <w:vAlign w:val="center"/>
          </w:tcPr>
          <w:p w14:paraId="57274419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Spectators entering operating area</w:t>
            </w:r>
          </w:p>
        </w:tc>
        <w:tc>
          <w:tcPr>
            <w:tcW w:w="1728" w:type="dxa"/>
            <w:vAlign w:val="center"/>
          </w:tcPr>
          <w:p w14:paraId="186C4AC0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Public</w:t>
            </w:r>
          </w:p>
        </w:tc>
        <w:tc>
          <w:tcPr>
            <w:tcW w:w="1725" w:type="dxa"/>
            <w:vAlign w:val="center"/>
          </w:tcPr>
          <w:p w14:paraId="0D7C6F29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79C12F57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Define the play area and prevent spectators interfering while the game is in use.</w:t>
            </w:r>
          </w:p>
        </w:tc>
        <w:tc>
          <w:tcPr>
            <w:tcW w:w="1725" w:type="dxa"/>
            <w:vAlign w:val="center"/>
          </w:tcPr>
          <w:p w14:paraId="03420655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49C9C953" w14:textId="77777777">
        <w:tc>
          <w:tcPr>
            <w:tcW w:w="1726" w:type="dxa"/>
            <w:vAlign w:val="center"/>
          </w:tcPr>
          <w:p w14:paraId="02F1C714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Trips around equipment</w:t>
            </w:r>
          </w:p>
        </w:tc>
        <w:tc>
          <w:tcPr>
            <w:tcW w:w="1728" w:type="dxa"/>
            <w:vAlign w:val="center"/>
          </w:tcPr>
          <w:p w14:paraId="106F07B6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0E878280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7FA62783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Keep floor clear of game components, cables and other equipment; maintain good housekeeping.</w:t>
            </w:r>
          </w:p>
        </w:tc>
        <w:tc>
          <w:tcPr>
            <w:tcW w:w="1725" w:type="dxa"/>
            <w:vAlign w:val="center"/>
          </w:tcPr>
          <w:p w14:paraId="2446C394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04E98985" w14:textId="77777777">
        <w:tc>
          <w:tcPr>
            <w:tcW w:w="1726" w:type="dxa"/>
            <w:vAlign w:val="center"/>
          </w:tcPr>
          <w:p w14:paraId="5D3D56B5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Damaged game equipment</w:t>
            </w:r>
          </w:p>
        </w:tc>
        <w:tc>
          <w:tcPr>
            <w:tcW w:w="1728" w:type="dxa"/>
            <w:vAlign w:val="center"/>
          </w:tcPr>
          <w:p w14:paraId="15344AA1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121FB30C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65247B7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Inspect equipment before each session and remove damaged items from use.</w:t>
            </w:r>
          </w:p>
        </w:tc>
        <w:tc>
          <w:tcPr>
            <w:tcW w:w="1725" w:type="dxa"/>
            <w:vAlign w:val="center"/>
          </w:tcPr>
          <w:p w14:paraId="43A0A51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2F05AFBE" w14:textId="77777777">
        <w:tc>
          <w:tcPr>
            <w:tcW w:w="1726" w:type="dxa"/>
            <w:vAlign w:val="center"/>
          </w:tcPr>
          <w:p w14:paraId="0E4D6EF6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Electrical equipment or cable hazard</w:t>
            </w:r>
          </w:p>
        </w:tc>
        <w:tc>
          <w:tcPr>
            <w:tcW w:w="1728" w:type="dxa"/>
            <w:vAlign w:val="center"/>
          </w:tcPr>
          <w:p w14:paraId="4BA69D5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1EE3758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3ACDFBAB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Inspect cables and electrical equipment; route cables away from walkways; isolate defects.</w:t>
            </w:r>
          </w:p>
        </w:tc>
        <w:tc>
          <w:tcPr>
            <w:tcW w:w="1725" w:type="dxa"/>
            <w:vAlign w:val="center"/>
          </w:tcPr>
          <w:p w14:paraId="0B3C9AA7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5E5ECF24" w14:textId="77777777">
        <w:tc>
          <w:tcPr>
            <w:tcW w:w="1726" w:type="dxa"/>
            <w:vAlign w:val="center"/>
          </w:tcPr>
          <w:p w14:paraId="0833D2E9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472EE1AD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All</w:t>
            </w:r>
          </w:p>
        </w:tc>
        <w:tc>
          <w:tcPr>
            <w:tcW w:w="1725" w:type="dxa"/>
            <w:vAlign w:val="center"/>
          </w:tcPr>
          <w:p w14:paraId="6C948A0E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19811D9F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Operate on a clean, level and suitable surface; keep surrounding area free from obstructions.</w:t>
            </w:r>
          </w:p>
        </w:tc>
        <w:tc>
          <w:tcPr>
            <w:tcW w:w="1725" w:type="dxa"/>
            <w:vAlign w:val="center"/>
          </w:tcPr>
          <w:p w14:paraId="095A0AD9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306DC155" w14:textId="77777777">
        <w:tc>
          <w:tcPr>
            <w:tcW w:w="1726" w:type="dxa"/>
            <w:vAlign w:val="center"/>
          </w:tcPr>
          <w:p w14:paraId="763D8DA3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326FA632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04788EF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535CF836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Control participant numbers; maintain adequate space; supervise queues and spectators.</w:t>
            </w:r>
          </w:p>
        </w:tc>
        <w:tc>
          <w:tcPr>
            <w:tcW w:w="1725" w:type="dxa"/>
            <w:vAlign w:val="center"/>
          </w:tcPr>
          <w:p w14:paraId="30AB2316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347CD0C4" w14:textId="77777777">
        <w:tc>
          <w:tcPr>
            <w:tcW w:w="1726" w:type="dxa"/>
            <w:vAlign w:val="center"/>
          </w:tcPr>
          <w:p w14:paraId="7D9EB883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Incorrect use of game</w:t>
            </w:r>
          </w:p>
        </w:tc>
        <w:tc>
          <w:tcPr>
            <w:tcW w:w="1728" w:type="dxa"/>
            <w:vAlign w:val="center"/>
          </w:tcPr>
          <w:p w14:paraId="4D19633D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200F97E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5A704AE9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Give a clear demonstration and safety briefing; use only as designed; continuous supervision.</w:t>
            </w:r>
          </w:p>
        </w:tc>
        <w:tc>
          <w:tcPr>
            <w:tcW w:w="1725" w:type="dxa"/>
            <w:vAlign w:val="center"/>
          </w:tcPr>
          <w:p w14:paraId="20F6BB51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  <w:tr w:rsidR="00C61D3F" w:rsidRPr="000F2189" w14:paraId="4891E233" w14:textId="77777777">
        <w:tc>
          <w:tcPr>
            <w:tcW w:w="1726" w:type="dxa"/>
            <w:vAlign w:val="center"/>
          </w:tcPr>
          <w:p w14:paraId="3361CDD7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Minor impact or knocks during play</w:t>
            </w:r>
          </w:p>
        </w:tc>
        <w:tc>
          <w:tcPr>
            <w:tcW w:w="1728" w:type="dxa"/>
            <w:vAlign w:val="center"/>
          </w:tcPr>
          <w:p w14:paraId="4A227464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6D7FE84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Medium</w:t>
            </w:r>
          </w:p>
        </w:tc>
        <w:tc>
          <w:tcPr>
            <w:tcW w:w="1726" w:type="dxa"/>
            <w:vAlign w:val="center"/>
          </w:tcPr>
          <w:p w14:paraId="474BCDCB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Maintain safe operating distances; control player numbers; stop play if participants become unsafe.</w:t>
            </w:r>
          </w:p>
        </w:tc>
        <w:tc>
          <w:tcPr>
            <w:tcW w:w="1725" w:type="dxa"/>
            <w:vAlign w:val="center"/>
          </w:tcPr>
          <w:p w14:paraId="4222B54B" w14:textId="77777777" w:rsidR="00C61D3F" w:rsidRPr="000F2189" w:rsidRDefault="00000000">
            <w:pPr>
              <w:rPr>
                <w:sz w:val="16"/>
                <w:szCs w:val="16"/>
              </w:rPr>
            </w:pPr>
            <w:r w:rsidRPr="000F2189">
              <w:rPr>
                <w:rFonts w:ascii="Arial" w:hAnsi="Arial"/>
                <w:sz w:val="10"/>
                <w:szCs w:val="16"/>
              </w:rPr>
              <w:t>Low</w:t>
            </w:r>
          </w:p>
        </w:tc>
      </w:tr>
    </w:tbl>
    <w:p w14:paraId="1F9FA435" w14:textId="77777777" w:rsidR="009D4065" w:rsidRPr="000F2189" w:rsidRDefault="00000000">
      <w:pPr>
        <w:pStyle w:val="Heading2"/>
        <w:rPr>
          <w:sz w:val="12"/>
          <w:szCs w:val="12"/>
        </w:rPr>
      </w:pPr>
      <w:r w:rsidRPr="000F2189">
        <w:rPr>
          <w:sz w:val="12"/>
          <w:szCs w:val="12"/>
        </w:rPr>
        <w:t>Operational Controls</w:t>
      </w:r>
    </w:p>
    <w:p w14:paraId="4A6B4B63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Set up on a suitable, level surface with adequate space around the Grab It game.</w:t>
      </w:r>
    </w:p>
    <w:p w14:paraId="1137EF68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Give participants a clear safety briefing and explain how the game is operated before play.</w:t>
      </w:r>
    </w:p>
    <w:p w14:paraId="29E8257A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Allow only the appropriate number of participants to use the game at one time.</w:t>
      </w:r>
    </w:p>
    <w:p w14:paraId="49F271BE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Maintain continuous adult supervision throughout operation.</w:t>
      </w:r>
    </w:p>
    <w:p w14:paraId="7502573E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Stop activity immediately if unsafe behaviour, equipment failure or unsafe conditions occur.</w:t>
      </w:r>
    </w:p>
    <w:p w14:paraId="75D9E1D4" w14:textId="77777777" w:rsidR="009D4065" w:rsidRPr="000F2189" w:rsidRDefault="00000000">
      <w:pPr>
        <w:pStyle w:val="Heading2"/>
        <w:rPr>
          <w:sz w:val="12"/>
          <w:szCs w:val="12"/>
        </w:rPr>
      </w:pPr>
      <w:r w:rsidRPr="000F2189">
        <w:rPr>
          <w:sz w:val="12"/>
          <w:szCs w:val="12"/>
        </w:rPr>
        <w:t>Emergency Procedures</w:t>
      </w:r>
    </w:p>
    <w:p w14:paraId="42B9690B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Stop the Grab It game immediately following any incident.</w:t>
      </w:r>
    </w:p>
    <w:p w14:paraId="5DFF9B8B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Provide first aid where required and contact emergency services if necessary.</w:t>
      </w:r>
    </w:p>
    <w:p w14:paraId="31FF0774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Isolate damaged or defective equipment.</w:t>
      </w:r>
    </w:p>
    <w:p w14:paraId="1FCDAC75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Record all accidents and near misses.</w:t>
      </w:r>
    </w:p>
    <w:p w14:paraId="305DCAA3" w14:textId="77777777" w:rsidR="009D4065" w:rsidRPr="000F2189" w:rsidRDefault="00000000">
      <w:pPr>
        <w:pStyle w:val="Heading2"/>
        <w:rPr>
          <w:sz w:val="12"/>
          <w:szCs w:val="12"/>
        </w:rPr>
      </w:pPr>
      <w:r w:rsidRPr="000F2189">
        <w:rPr>
          <w:sz w:val="12"/>
          <w:szCs w:val="12"/>
        </w:rPr>
        <w:t>Inspection Checklist</w:t>
      </w:r>
    </w:p>
    <w:p w14:paraId="1933A9A8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Game structure and components free from damage.</w:t>
      </w:r>
    </w:p>
    <w:p w14:paraId="6E004EB8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Moving parts operate correctly and safely.</w:t>
      </w:r>
    </w:p>
    <w:p w14:paraId="1CD8EDFE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Electrical equipment and cables free from visible damage, where applicable.</w:t>
      </w:r>
    </w:p>
    <w:p w14:paraId="492EFA92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Controls and operating mechanisms function correctly.</w:t>
      </w:r>
    </w:p>
    <w:p w14:paraId="2A4F8FF4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Play area and surrounding floor clear of hazards.</w:t>
      </w:r>
    </w:p>
    <w:p w14:paraId="4952401C" w14:textId="77777777" w:rsidR="009D4065" w:rsidRPr="000F2189" w:rsidRDefault="00000000">
      <w:pPr>
        <w:pStyle w:val="Heading2"/>
        <w:rPr>
          <w:sz w:val="12"/>
          <w:szCs w:val="12"/>
        </w:rPr>
      </w:pPr>
      <w:r w:rsidRPr="000F2189">
        <w:rPr>
          <w:sz w:val="12"/>
          <w:szCs w:val="12"/>
        </w:rPr>
        <w:t>Training Requirements</w:t>
      </w:r>
    </w:p>
    <w:p w14:paraId="73723C0C" w14:textId="77777777" w:rsidR="009D4065" w:rsidRPr="000F2189" w:rsidRDefault="00000000">
      <w:pPr>
        <w:pStyle w:val="ListBullet"/>
        <w:rPr>
          <w:sz w:val="8"/>
          <w:szCs w:val="8"/>
        </w:rPr>
      </w:pPr>
      <w:r w:rsidRPr="000F2189">
        <w:rPr>
          <w:sz w:val="16"/>
          <w:szCs w:val="16"/>
        </w:rPr>
        <w:t> Staff trained in safe Grab It game operation, manual handling, customer briefing, supervision, emergency procedures and equipment inspection.</w:t>
      </w:r>
    </w:p>
    <w:p w14:paraId="00769C50" w14:textId="77777777" w:rsidR="00C61D3F" w:rsidRPr="000F2189" w:rsidRDefault="00C61D3F">
      <w:pPr>
        <w:rPr>
          <w:sz w:val="16"/>
          <w:szCs w:val="16"/>
        </w:rPr>
      </w:pPr>
    </w:p>
    <w:p w14:paraId="61575797" w14:textId="77777777" w:rsidR="00C61D3F" w:rsidRPr="000F2189" w:rsidRDefault="00C61D3F">
      <w:pPr>
        <w:rPr>
          <w:sz w:val="16"/>
          <w:szCs w:val="16"/>
        </w:rPr>
      </w:pPr>
    </w:p>
    <w:sectPr w:rsidR="00C61D3F" w:rsidRPr="000F21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0F2189"/>
    <w:rsid w:val="0015074B"/>
    <w:rsid w:val="0029639D"/>
    <w:rsid w:val="00326F90"/>
    <w:rsid w:val="009854CF"/>
    <w:rsid w:val="009D4065"/>
    <w:rsid w:val="00AA1D8D"/>
    <w:rsid w:val="00B35F39"/>
    <w:rsid w:val="00B47730"/>
    <w:rsid w:val="00C61D3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C02448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2026-08-07T11:01:00Z</dcterms:created>
  <dcterms:modified xsi:type="dcterms:W3CDTF">2026-08-07T11:01:00Z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